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СВЕДЕНИЯ О СПЕЦИАЛИСТАХ ТЕХНИЧЕСКИХ СЛУЖБ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для подготовки проектной документации особо опасных, технически сложных и уникальных объектов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cantSplit/>
        </w:trPr>
        <w:tc>
          <w:tcPr>
            <w:tcW w:type="dxa" w:w="340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Кандидат / член Союза</w:t>
            </w:r>
          </w:p>
        </w:tc>
        <w:tc>
          <w:tcPr>
            <w:tcW w:type="dxa" w:w="1162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40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Запрашиваемый уровень ответственности</w:t>
            </w:r>
          </w:p>
        </w:tc>
        <w:tc>
          <w:tcPr>
            <w:tcW w:type="dxa" w:w="1162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1 (не менее 3 специалистов)   ☐ 2 (не менее 4)   ☐ 3 (не менее 5)   ☐ 4 (не менее 7)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510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№</w:t>
            </w:r>
          </w:p>
        </w:tc>
        <w:tc>
          <w:tcPr>
            <w:tcW w:type="dxa" w:w="198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Ф.И.О.</w:t>
            </w:r>
          </w:p>
        </w:tc>
        <w:tc>
          <w:tcPr>
            <w:tcW w:type="dxa" w:w="198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Должность / занятость</w:t>
            </w:r>
          </w:p>
        </w:tc>
        <w:tc>
          <w:tcPr>
            <w:tcW w:type="dxa" w:w="260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Высшее техническое образование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Инженерный стаж</w:t>
            </w:r>
          </w:p>
        </w:tc>
        <w:tc>
          <w:tcPr>
            <w:tcW w:type="dxa" w:w="204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НОК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Аттестация по промышленной безопасности / ГТС</w:t>
            </w:r>
          </w:p>
        </w:tc>
        <w:tc>
          <w:tcPr>
            <w:tcW w:type="dxa" w:w="1417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Документы</w:t>
            </w:r>
          </w:p>
        </w:tc>
      </w:tr>
      <w:tr>
        <w:trPr>
          <w:cantSplit/>
        </w:trPr>
        <w:tc>
          <w:tcPr>
            <w:tcW w:type="dxa" w:w="510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1</w:t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60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Периоды и должности</w:t>
            </w:r>
          </w:p>
        </w:tc>
        <w:tc>
          <w:tcPr>
            <w:tcW w:type="dxa" w:w="204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Реквизиты свидетельства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Область и срок (если требуется)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2</w:t>
            </w:r>
          </w:p>
        </w:tc>
        <w:tc>
          <w:tcPr>
            <w:tcW w:type="dxa" w:w="198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98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60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92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Периоды и должности</w:t>
            </w:r>
          </w:p>
        </w:tc>
        <w:tc>
          <w:tcPr>
            <w:tcW w:type="dxa" w:w="204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Реквизиты свидетельства</w:t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Область и срок (если требуется)</w:t>
            </w:r>
          </w:p>
        </w:tc>
        <w:tc>
          <w:tcPr>
            <w:tcW w:type="dxa" w:w="141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3</w:t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60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Периоды и должности</w:t>
            </w:r>
          </w:p>
        </w:tc>
        <w:tc>
          <w:tcPr>
            <w:tcW w:type="dxa" w:w="204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Реквизиты свидетельства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Область и срок (если требуется)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4</w:t>
            </w:r>
          </w:p>
        </w:tc>
        <w:tc>
          <w:tcPr>
            <w:tcW w:type="dxa" w:w="198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98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60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92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Периоды и должности</w:t>
            </w:r>
          </w:p>
        </w:tc>
        <w:tc>
          <w:tcPr>
            <w:tcW w:type="dxa" w:w="204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Реквизиты свидетельства</w:t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Область и срок (если требуется)</w:t>
            </w:r>
          </w:p>
        </w:tc>
        <w:tc>
          <w:tcPr>
            <w:tcW w:type="dxa" w:w="141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5</w:t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60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Периоды и должности</w:t>
            </w:r>
          </w:p>
        </w:tc>
        <w:tc>
          <w:tcPr>
            <w:tcW w:type="dxa" w:w="204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Реквизиты свидетельства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Область и срок (если требуется)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6</w:t>
            </w:r>
          </w:p>
        </w:tc>
        <w:tc>
          <w:tcPr>
            <w:tcW w:type="dxa" w:w="198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98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60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92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Периоды и должности</w:t>
            </w:r>
          </w:p>
        </w:tc>
        <w:tc>
          <w:tcPr>
            <w:tcW w:type="dxa" w:w="204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Реквизиты свидетельства</w:t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Область и срок (если требуется)</w:t>
            </w:r>
          </w:p>
        </w:tc>
        <w:tc>
          <w:tcPr>
            <w:tcW w:type="dxa" w:w="141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7</w:t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98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60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Вуз, год, специальность, диплом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Периоды и должности</w:t>
            </w:r>
          </w:p>
        </w:tc>
        <w:tc>
          <w:tcPr>
            <w:tcW w:type="dxa" w:w="204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Реквизиты свидетельства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Область и срок (если требуется)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4480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Для каждого уровня дополнительно требуются не менее двух работников по основному месту работы, занимающих руководящие должности, имеющих необходимый стаж и включённых в НРС; они отражаются в отдельной форме сведений о специалистах НРС.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567" w:right="680" w:bottom="56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специалистах для особо опасных объектов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