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7240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7240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/>
                <w:i w:val="0"/>
                <w:color w:val="1E2D34"/>
                <w:sz w:val="18"/>
              </w:rPr>
              <w:t>В Саморегулируемую организацию</w:t>
              <w:br/>
              <w:t>Союз «Инновационные технологии проектирования»</w:t>
            </w:r>
          </w:p>
        </w:tc>
      </w:tr>
    </w:tbl>
    <w:p>
      <w:pPr>
        <w:spacing w:after="0"/>
      </w:pPr>
    </w:p>
    <w:p>
      <w:pPr>
        <w:pStyle w:val="Title"/>
        <w:spacing w:after="80"/>
        <w:jc w:val="center"/>
      </w:pPr>
      <w:r>
        <w:rPr>
          <w:rFonts w:ascii="Times New Roman" w:hAnsi="Times New Roman" w:eastAsia="Times New Roman"/>
          <w:b/>
          <w:i w:val="0"/>
          <w:color w:val="1E2D34"/>
          <w:sz w:val="30"/>
        </w:rPr>
        <w:t>СВЕДЕНИЯ ОБ ИМУЩЕСТВЕ И СИСТЕМЕ КОНТРОЛЯ КАЧЕСТВА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 w:val="0"/>
          <w:i/>
          <w:color w:val="5E696E"/>
          <w:sz w:val="20"/>
        </w:rPr>
        <w:t>для особо опасных, технически сложных и уникальных объектов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40"/>
        <w:gridCol w:w="7240"/>
      </w:tblGrid>
      <w:tr>
        <w:trPr>
          <w:cantSplit/>
        </w:trPr>
        <w:tc>
          <w:tcPr>
            <w:tcW w:type="dxa" w:w="3402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Кандидат / член Союза</w:t>
            </w:r>
          </w:p>
        </w:tc>
        <w:tc>
          <w:tcPr>
            <w:tcW w:type="dxa" w:w="11622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________________________________________________________________________________________________________</w:t>
            </w:r>
          </w:p>
        </w:tc>
      </w:tr>
    </w:tbl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1. Имущество на праве собственности или ином законном основании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13"/>
        <w:gridCol w:w="2413"/>
        <w:gridCol w:w="2413"/>
        <w:gridCol w:w="2413"/>
        <w:gridCol w:w="2413"/>
        <w:gridCol w:w="2413"/>
      </w:tblGrid>
      <w:tr>
        <w:trPr>
          <w:tblHeader w:val="true"/>
        </w:trPr>
        <w:tc>
          <w:tcPr>
            <w:tcW w:type="dxa" w:w="567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5"/>
              </w:rPr>
              <w:t>№</w:t>
            </w:r>
          </w:p>
        </w:tc>
        <w:tc>
          <w:tcPr>
            <w:tcW w:type="dxa" w:w="3402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5"/>
              </w:rPr>
              <w:t>Наименование</w:t>
            </w:r>
          </w:p>
        </w:tc>
        <w:tc>
          <w:tcPr>
            <w:tcW w:type="dxa" w:w="1417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5"/>
              </w:rPr>
              <w:t>Количество</w:t>
            </w:r>
          </w:p>
        </w:tc>
        <w:tc>
          <w:tcPr>
            <w:tcW w:type="dxa" w:w="255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5"/>
              </w:rPr>
              <w:t>Правовое основание</w:t>
            </w:r>
          </w:p>
        </w:tc>
        <w:tc>
          <w:tcPr>
            <w:tcW w:type="dxa" w:w="3969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5"/>
              </w:rPr>
              <w:t>Реквизиты подтверждающего документа</w:t>
            </w:r>
          </w:p>
        </w:tc>
        <w:tc>
          <w:tcPr>
            <w:tcW w:type="dxa" w:w="2835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5"/>
              </w:rPr>
              <w:t>Примечание</w:t>
            </w:r>
          </w:p>
        </w:tc>
      </w:tr>
      <w:tr>
        <w:trPr>
          <w:cantSplit/>
        </w:trPr>
        <w:tc>
          <w:tcPr>
            <w:tcW w:type="dxa" w:w="567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  <w:t>1</w:t>
            </w:r>
          </w:p>
        </w:tc>
        <w:tc>
          <w:tcPr>
            <w:tcW w:type="dxa" w:w="3402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  <w:t>Офисное помещение</w:t>
            </w:r>
          </w:p>
        </w:tc>
        <w:tc>
          <w:tcPr>
            <w:tcW w:type="dxa" w:w="1417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  <w:tc>
          <w:tcPr>
            <w:tcW w:type="dxa" w:w="255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  <w:tc>
          <w:tcPr>
            <w:tcW w:type="dxa" w:w="3969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</w:tr>
      <w:tr>
        <w:trPr>
          <w:cantSplit/>
        </w:trPr>
        <w:tc>
          <w:tcPr>
            <w:tcW w:type="dxa" w:w="567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  <w:t>2</w:t>
            </w:r>
          </w:p>
        </w:tc>
        <w:tc>
          <w:tcPr>
            <w:tcW w:type="dxa" w:w="3402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  <w:t>Оборудованные рабочие места</w:t>
            </w:r>
          </w:p>
        </w:tc>
        <w:tc>
          <w:tcPr>
            <w:tcW w:type="dxa" w:w="1417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  <w:tc>
          <w:tcPr>
            <w:tcW w:type="dxa" w:w="2551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  <w:tc>
          <w:tcPr>
            <w:tcW w:type="dxa" w:w="3969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  <w:tc>
          <w:tcPr>
            <w:tcW w:type="dxa" w:w="2835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  <w:t>по числу штатных работников</w:t>
            </w:r>
          </w:p>
        </w:tc>
      </w:tr>
      <w:tr>
        <w:trPr>
          <w:cantSplit/>
        </w:trPr>
        <w:tc>
          <w:tcPr>
            <w:tcW w:type="dxa" w:w="567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  <w:t>3</w:t>
            </w:r>
          </w:p>
        </w:tc>
        <w:tc>
          <w:tcPr>
            <w:tcW w:type="dxa" w:w="3402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  <w:t>Компьютерная и оргтехника</w:t>
            </w:r>
          </w:p>
        </w:tc>
        <w:tc>
          <w:tcPr>
            <w:tcW w:type="dxa" w:w="1417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  <w:tc>
          <w:tcPr>
            <w:tcW w:type="dxa" w:w="255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  <w:tc>
          <w:tcPr>
            <w:tcW w:type="dxa" w:w="3969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</w:tr>
      <w:tr>
        <w:trPr>
          <w:cantSplit/>
        </w:trPr>
        <w:tc>
          <w:tcPr>
            <w:tcW w:type="dxa" w:w="567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  <w:t>4</w:t>
            </w:r>
          </w:p>
        </w:tc>
        <w:tc>
          <w:tcPr>
            <w:tcW w:type="dxa" w:w="3402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  <w:t>Лицензионное программное обеспечение</w:t>
            </w:r>
          </w:p>
        </w:tc>
        <w:tc>
          <w:tcPr>
            <w:tcW w:type="dxa" w:w="1417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  <w:tc>
          <w:tcPr>
            <w:tcW w:type="dxa" w:w="2551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  <w:tc>
          <w:tcPr>
            <w:tcW w:type="dxa" w:w="3969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  <w:tc>
          <w:tcPr>
            <w:tcW w:type="dxa" w:w="2835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</w:tr>
      <w:tr>
        <w:trPr>
          <w:cantSplit/>
        </w:trPr>
        <w:tc>
          <w:tcPr>
            <w:tcW w:type="dxa" w:w="567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  <w:t>5</w:t>
            </w:r>
          </w:p>
        </w:tc>
        <w:tc>
          <w:tcPr>
            <w:tcW w:type="dxa" w:w="3402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  <w:t>Средства промышленной безопасности, контроля и измерений (если необходимы)</w:t>
            </w:r>
          </w:p>
        </w:tc>
        <w:tc>
          <w:tcPr>
            <w:tcW w:type="dxa" w:w="1417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  <w:tc>
          <w:tcPr>
            <w:tcW w:type="dxa" w:w="255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  <w:tc>
          <w:tcPr>
            <w:tcW w:type="dxa" w:w="3969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</w:tr>
      <w:tr>
        <w:trPr>
          <w:cantSplit/>
        </w:trPr>
        <w:tc>
          <w:tcPr>
            <w:tcW w:type="dxa" w:w="567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  <w:t>6</w:t>
            </w:r>
          </w:p>
        </w:tc>
        <w:tc>
          <w:tcPr>
            <w:tcW w:type="dxa" w:w="3402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  <w:t>Иное имущество</w:t>
            </w:r>
          </w:p>
        </w:tc>
        <w:tc>
          <w:tcPr>
            <w:tcW w:type="dxa" w:w="1417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  <w:tc>
          <w:tcPr>
            <w:tcW w:type="dxa" w:w="2551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  <w:tc>
          <w:tcPr>
            <w:tcW w:type="dxa" w:w="3969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  <w:tc>
          <w:tcPr>
            <w:tcW w:type="dxa" w:w="2835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5"/>
              </w:rPr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2. Организация контроля качества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40"/>
        <w:gridCol w:w="7240"/>
      </w:tblGrid>
      <w:tr>
        <w:trPr>
          <w:cantSplit/>
        </w:trPr>
        <w:tc>
          <w:tcPr>
            <w:tcW w:type="dxa" w:w="4082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Локальный документ о контроле качества</w:t>
            </w:r>
          </w:p>
        </w:tc>
        <w:tc>
          <w:tcPr>
            <w:tcW w:type="dxa" w:w="10942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Наименование, дата и номер ______________________________________________________________</w:t>
            </w:r>
          </w:p>
        </w:tc>
      </w:tr>
      <w:tr>
        <w:trPr>
          <w:cantSplit/>
        </w:trPr>
        <w:tc>
          <w:tcPr>
            <w:tcW w:type="dxa" w:w="4082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Ответственный работник</w:t>
            </w:r>
          </w:p>
        </w:tc>
        <w:tc>
          <w:tcPr>
            <w:tcW w:type="dxa" w:w="10942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Ф.И.О. ______________________________ должность ______________________________</w:t>
            </w:r>
          </w:p>
        </w:tc>
      </w:tr>
      <w:tr>
        <w:trPr>
          <w:cantSplit/>
        </w:trPr>
        <w:tc>
          <w:tcPr>
            <w:tcW w:type="dxa" w:w="4082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Основание возложения обязанностей</w:t>
            </w:r>
          </w:p>
        </w:tc>
        <w:tc>
          <w:tcPr>
            <w:tcW w:type="dxa" w:w="10942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Приказ / иной документ от «___» __________ 20___ г. № __________</w:t>
            </w:r>
          </w:p>
        </w:tc>
      </w:tr>
      <w:tr>
        <w:trPr>
          <w:cantSplit/>
        </w:trPr>
        <w:tc>
          <w:tcPr>
            <w:tcW w:type="dxa" w:w="4082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Дополнительные сведения</w:t>
            </w:r>
          </w:p>
        </w:tc>
        <w:tc>
          <w:tcPr>
            <w:tcW w:type="dxa" w:w="10942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________________________________________________________________________________________</w:t>
            </w:r>
          </w:p>
        </w:tc>
      </w:tr>
    </w:tbl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3. Объекты использования атомной энергии (если заявлены)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40"/>
        <w:gridCol w:w="7240"/>
      </w:tblGrid>
      <w:tr>
        <w:trPr>
          <w:cantSplit/>
        </w:trPr>
        <w:tc>
          <w:tcPr>
            <w:tcW w:type="dxa" w:w="4082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Лицензия</w:t>
            </w:r>
          </w:p>
        </w:tc>
        <w:tc>
          <w:tcPr>
            <w:tcW w:type="dxa" w:w="10942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Орган, номер, дата выдачи, срок и виды деятельности ________________________________________________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20"/>
        <w:gridCol w:w="3620"/>
        <w:gridCol w:w="3620"/>
        <w:gridCol w:w="3620"/>
      </w:tblGrid>
      <w:tr>
        <w:trPr>
          <w:tblHeader w:val="true"/>
        </w:trPr>
        <w:tc>
          <w:tcPr>
            <w:tcW w:type="dxa" w:w="255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Должность</w:t>
            </w:r>
          </w:p>
        </w:tc>
        <w:tc>
          <w:tcPr>
            <w:tcW w:type="dxa" w:w="1928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Подпись</w:t>
            </w:r>
          </w:p>
        </w:tc>
        <w:tc>
          <w:tcPr>
            <w:tcW w:type="dxa" w:w="2835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Фамилия и инициалы</w:t>
            </w:r>
          </w:p>
        </w:tc>
        <w:tc>
          <w:tcPr>
            <w:tcW w:type="dxa" w:w="2324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Дата</w:t>
            </w:r>
          </w:p>
        </w:tc>
      </w:tr>
      <w:tr>
        <w:trPr>
          <w:cantSplit/>
        </w:trPr>
        <w:tc>
          <w:tcPr>
            <w:tcW w:type="dxa" w:w="255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192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32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«___» ________ 20___ г.</w:t>
            </w:r>
          </w:p>
        </w:tc>
      </w:tr>
    </w:tbl>
    <w:p>
      <w:pPr>
        <w:jc w:val="right"/>
      </w:pPr>
      <w:r>
        <w:rPr>
          <w:rFonts w:ascii="Times New Roman" w:hAnsi="Times New Roman" w:eastAsia="Times New Roman"/>
          <w:b w:val="0"/>
          <w:i/>
          <w:color w:val="5E696E"/>
          <w:sz w:val="18"/>
        </w:rPr>
        <w:t>М.П. (при наличии)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567" w:right="680" w:bottom="56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5E696E"/>
        <w:sz w:val="16"/>
      </w:rPr>
      <w:t>Союз ИТП · форма для заполнения</w:t>
      <w:br/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/>
        <w:b/>
        <w:i w:val="0"/>
        <w:color w:val="5E696E"/>
        <w:sz w:val="16"/>
      </w:rPr>
      <w:t>СРО Союз «Инновационные технологии проектирования»</w:t>
      <w:br/>
      <w:t>СРО-П-152-30032010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Times New Roman" w:hAnsi="Times New Roman" w:eastAsia="Times New Roman"/>
      <w:color w:val="1E2D34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 w:before="10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E2D34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об имуществе и контроле качества</dc:title>
  <dc:subject>Форма Союза ИТП</dc:subject>
  <dc:creator>Союз «Инновационные технологии проектирования»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